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היום הראשון בכיתה ואת מטרותיו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יחד אמנה כיתתית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כמו כבוד, הקשבה ושייכות דרך פעילויות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שם ופתק 'שמחים שבאת'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בפירוש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מוזכר בסיום המתווה ליום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למשך הזמן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(40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(20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האמנה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כותב מילה על פתק בתשובה לשאלה איך רוצים להרגיש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מקבצים את הפתקים על הלוח לפי נושאים כמו ביטחון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מקריאים את הכללים ומשאירים 5 עד 7 כללים קצרים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ללמידה, לחברות או להרגשה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דוגמה אחת מהפעילות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את הרעיון של ניסוח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לפני פתיחת השנה כהכנה לדיון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של קטעי הפעילויות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לתלמידים עם קשיי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התוכן של היום הראשון בכיתה: פעילויות היכרות, בניית אמנה כיתתית וחשיבה על ערכים משותפים.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7  ·  אחת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דקות מוקדשות למעגל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מחכה על כל שולחן בקבלת הפנים?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שם ופתק 'שמחים שבאת'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חוברת תרגילים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החפץ שמספר עליי מנחשים למי שייך החפץ רק אם הבעלים מסכים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יום ראשון הוא דף שהתלמידים לוקחים איתם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בבינגו היכרות מחפשים מי שמדבר יותר משפה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בתהליך בניית האמנה משאירים בסוף בין 5 ל-__________ כללים קצרים וברורים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למשך הזמן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החפץ שמספר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30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 לעצמי בסוף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40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האמנה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מקריאים את הכללים ומשאירים 5 עד 7 כללים קצרים וברורים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כותב מילה על פתק בתשובה לשאלה איך רוצים להרגיש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מקבצים את הפתקים על הלוח לפי נושאים כמו ביטחון וכבוד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אחת שהייתם רוצים לכתוב על פתק לצנצנת הכיתה שלכם לשנה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בפעילות בינגו היכרות?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כלל שלילי לכלל חיובי באמנה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פתיחת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