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פתיחת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היום הראשון בכיתה ואת מטרותיו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יחד אמנה כיתתית בשלבים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כמו כבוד, הקשבה ושייכות דרך פעילויות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שם ופתק 'שמחים שבאת'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מכניסים לצנצנת שנפתחת בסוף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לפתוח ולקרוא ביום האחרון של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בפירוש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ניסוח חיובי כמו 'אנחנו מקשיבים עד הסוף'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קובעים לבדוק אותה אחרי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מוזכר בסיום המתווה ליום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מתאימה לחטיבה ולתיכון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 אני מביא/ה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למשך הזמן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(30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(40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(35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(20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(25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האמנה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כותב מילה על פתק בתשובה לשאלה איך רוצים להרגיש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מקבצים את הפתקים על הלוח לפי נושאים כמו ביטחון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מנסחת כלל חיובי אחד לכל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מקריאים את הכללים ומשאירים 5 עד 7 כללים קצרים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תולים את האמנה במקום בולט וקובעים מועד לבדיקה אחרי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ללמידה, לחברות או להרגשה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אישי ומנומק הקשור לערך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לפחות דוגמה אחת מהפעילות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את הרעיון של ניסוח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לפני פתיחת השנה כהכנה לדיון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של קטעי הפעילויות לפני המילוי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לתלמידים עם קשיי 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פתיחת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היום הראשון בבית הספר: איך מכירים חברים חדשים ואיך בונים יחד כללים לכיתה.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שהכיתה כותבת יחד איך להתנהג ולהרגיש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בוקר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יושבים במעגל ואומרים משהו קצר על עצמם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מצפן הערכים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הערכים הכי חשובים לכיתה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בינגו היכרות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מחפשים חברים עם תכונות משותפות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יום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שהתלמידים לוקחים הביתה בסוף היום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עם משאלה לשנה שנכנס לצנצנת כיתתית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חיובי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שכתוב בצורה חיובית ולא באיסור, למשל 'מקשיבים עד הסוף'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יש למעגל הבוקר?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שמים על השולחן בבוקר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שם ופתק 'שמחים שבאת'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חוברת 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ערכים בוחרים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לפתק המשאלה?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תולים על הקיר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מכניסים לצנצנת שנפתחת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אותם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כותבים מכתב לעצמי?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ולקרוא ביום האחרון של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להדפיס ולתלות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למחנכת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החפץ שמספר עליי מנחשים למי שייך החפץ רק אם הבעלים מסכים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בבניית האמנה הכיתתית המטרה היא לנסח כללים כמו 'אסור להפריע'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הכיתתית נבדקת מחדש רק בסוף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יום ראשון הוא דף שהתלמידים לוקחים איתם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שתי אמיתות וחלום מתאימה בעיקר לכיתות א׳-ג׳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__________ כל תלמיד מצייר על כף יד מנייר דבר אחד שהוא מביא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בבינגו היכרות מחפשים מי שמדבר יותר משפה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במפת המקומות שלנו מסמנים מקום שיש לנו אליו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בתהליך בניית האמנה משאירים בסוף בין 5 ל-__________ כללים קצרים וברורים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למשך הזמן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החפץ שמספר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25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35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מצפן הערכים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לעצמי בסוף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שתי אמיתות וחלום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40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האמנה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מקבצים את הפתקים על הלוח לפי נושאים כמו ביטחון וכבוד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מקריאים את הכללים ומשאירים 5 עד 7 כללים קצרים וברורים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את האמנה במקום בולט וקובעים מועד לבדיקה אחרי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מנסחת כלל חיובי אחד לכל 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כותב מילה על פתק בתשובה לשאלה איך רוצים להרגיש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שהייתם רוצים לכתוב על פתק לצנצנת הכיתה שלכם לשנה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ממצפן הערכים (כבוד, חברות, הצלחה, הומור, אחריות) והסבירו למה הוא חשוב לכם בתחילת 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בפעילות בינגו היכרות?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כלל שלילי לכלל חיובי באמנה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חשוב שיהיה ביום הראשון של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פתיחת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